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🧑‍🏫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מהדורה למורה – מפתח תשובות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🕎 כסליו–חנוכה · יסודי – מהדורה למורה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מפתח לכל 3 המסלולים (רגיל · חנ״מ · עולים) ולכל המשחקים בחוברות התלמיד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רגיל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מָאיָה – מָאיָה! הַסְּבִיבוֹן עִם הָאוֹת ש הִגִּיעַ מֵהַדּוֹדָה שֶׁלָּהּ, שֶׁ"גָּרָה רָחוֹק, מֵעֵבֶר לַיָּם". וְעַל הַפֶּתֶק נִשְׁאֲרָה אַבְקַת סֻכָּר מֵהַסֻּפְגָּנִיָּה שֶׁאָכְלָה בַּדֶּרֶךְ.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מָה אֶפְשָׁר לְהָבִין מֵהָאוֹת ש שֶׁעַל הַסְּבִיבוֹן? ← שֶׁהַסְּבִיבוֹן הִגִּיעַ מִחוּץ לָאָרֶץ (שולל: אֵיתָן)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מָה מְגַלָּה אַבְקַת הַסֻּכָּר שֶׁעַל הַפֶּתֶק? ← שֶׁמִּי שֶׁכָּתַב אוֹתוֹ אָכַל מַשֶּׁהוּ מָתוֹק (שולל: נוֹעָה)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לָמָּה עִידוֹ לֹא יָכוֹל הָיָה לְהַשְׁאִיר אֶת הַסְּבִיבוֹן? ← כִּי הוּא הִגִּיעַ אַחֲרֵי שֶׁהַמּוֹרָה כְּבָר מָצְאָה אֶת הַסְּבִיבוֹן (שולל: עִידוֹ)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כִּסְלֵו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שֶׁמֶן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מַכַּבִּים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שַׁמָּשׁ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סְבִיבוֹן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כָּל הַכָּבוֹד! גַּם אוֹר קָטָן יָכוֹל לְהָאִיר הַרְבֵּה. 🕯️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תקווה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חַלּוֹן הַחֲנֻכִּיָּה: תִּשְׁעָה → 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הַמִּטְבָּח הֶחָגִיגִי: סֻפְגָּנִיָּה ↔ בָּצֵק מְטֻגָּן עִם רִבָּה בִּפְנִים · לְבִיבָה ↔ עֲשׂוּיָה מִתַּפּוּחֵי אֲדָמָה מְגֻרָּרִים · סְפִינְג׳ ↔ בָּצֵק מְטֻגָּן בְּצוּרַת טַבַּעַת → 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שֻׁלְחַן הַסְּבִיבוֹן: נ ↔ נֵס · ג ↔ גָּדוֹל · ה ↔ הָיָה · פ ↔ פֹּה → 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סִפְרִיַּת הַכִּתָּה: יוֹסֵף → 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מְסִבַּת חַג הַבָּנוֹת: בְּרֹאשׁ חֹדֶשׁ טֵבֵת, בְּתוֹךְ חֲנֻכָּה → 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הַמַּכַּבִּים חוֹזְרִים לְבֵית הַמִּקְדָּשׁ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מְנַקִּים וּמְסַדְּרִים אֶת הַמָּקוֹם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מוֹצְאִים פַּךְ קָטָן שֶׁל שֶׁמֶן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מַדְלִיקִים אֶת הַמְּנוֹרָה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הַמְּנוֹרָה דּוֹלֶקֶת שְׁמוֹנָה יָמִים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עֻבְדָּה: חֲנֻכָּה נִמְשֶׁכֶת שְׁמוֹנָה יָמִים · עַל הַסְּבִיבוֹן יֵשׁ אַרְבַּע אוֹתִיּוֹת · בְּכָל עֶרֶב מוֹסִיפִים נֵר אֶחָד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דֵּעָה: סֻפְגָּנִיָּה עִם רִבָּה הִיא הֲכִי טְעִימָה · הַנֵּר הַשְּׁמִינִי הוּא הֲכִי יָפֶה · סְבִיבוֹן הוּא הַמִּשְׂחָק הֲכִי כֵּיף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מְסַדְּרִים אֶת הַנֵּרוֹת בַּחֲנֻכִּיָּה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מַדְלִיקִים אֶת הַשַּׁמָּשׁ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מְבָרְכִים אֶת הַבְּרָכוֹת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מַדְלִיקִים בַּשַּׁמָּשׁ אֶת הַנֵּרוֹת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שָׁרִים "הַנֵּרוֹת הַלָּלוּ" וּ"מָעוֹז צוּר"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מָה לְדַעְתְּכֶם עָשְׂתָה תָּמָר? ← הִדְלִיקָה אֶת הַחֲנֻכִּיָּה לְיַד הַחַלּוֹן. ההמשך: תָּמָר וּבְנֵי הַבַּיִת הִדְלִיקוּ נֵר אֶחָד וְשַׁמָּשׁ לְיַד הַחַלּוֹן. פִּתְאוֹם כָּל הַשְּׁכֵנִים רָאוּ אֶת הָאוֹר הַקָּטָן.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מָה תַּצִּיעַ תָּמָר? ← לְהַזְמִין אֶת רוּתִי לְהַדְלִיק יַחַד. ההמשך: תָּמָר הִזְמִינָה אֶת רוּתִי לְהִכָּנֵס. רוּתִי סִפְּרָה עַל הַחֲנֻכִּיָּה שֶׁהָיְתָה לָהּ כְּשֶׁהָיְתָה יַלְדָּה, וְכֻלָּם הִקְשִׁיבוּ.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מָה מְסַמֶּלֶת הָאוֹת פ? ← פֹּה – בְּאֶרֶץ יִשְׂרָאֵל. ההמשך: "פ זֶה פֹּה," הִסְבִּירָה רוּתִי. "נֵס גָּדוֹל הָיָה פֹּה." הַיְּלָדִים שִׂחֲקוּ עַד שֶׁכָּל הָאֱגוֹזִים נִגְמְרוּ.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מָה יַחְלִיטוּ הַשְּׁכֵנִים? ← לְהַדְלִיק יַחַד גַּם בָּעֲרָבִים הַבָּאִים. ההמשך: הֵם הֶחְלִיטוּ: כָּל עֶרֶב נִפְגָּשִׁים בְּבַיִת אַחֵר, עַד הַנֵּר הַשְּׁמִינִי. אוֹר קָטָן אֶחָד חִבֵּר בֵּין כֻּלָּם.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עוּגַת גְּבִינָה – הִיא לֹא מְטֻגֶּנֶת בְּשֶׁמֶן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ס – הִיא לֹא מוֹפִיעָה עַל הַסְּבִיבוֹן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סֻכָּר – אֵין לוֹ קֶשֶׁר לְהַדְלָקַת הָאוֹר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עַצְלוּת – הִיא לֹא תְּכוּנָה שֶׁמְּבִיאָה אוֹר לַאֲחֵרִים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קַיִץ – כִּסְלֵו חָל בַּחֹרֶף, לֹא בַּקַּיִץ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גַּם מְעַט אוֹר מְגָרֵשׁ הַרְבֵּה חֹשֶׁךְ · 2) אַרְבָּעָה · 3) כִּי שָׁם אוֹמְרִים: הַנֵּס הָיָה שָׁם, רָחוֹק · 4) כֻּלָּן מְטֻגָּנוֹת בְּשֶׁמֶן · 5) שֶׁהוּא מְשָׁרֵת וְעוֹזֵר לַנֵּרוֹת הָאֲחֵרִים · 6) כְּדֵי שֶׁגַּם הָעוֹבְרִים בָּרְחוֹב יִרְאוּ אֶת הָאוֹר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 · 7) נכון · 8) לא נכון · 9) נכון · 10)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כַּאֲשֶׁר · (2) כְּדֵי · (3) אַחֲרֵי · (4) לְפִי · (5) לָכֵן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בְּהַחַלּוֹן → בַּחַלּוֹן · שְׁנֵי נֵרוֹת דּוֹלֶקֶת → שְׁנֵי נֵרוֹת דּוֹלְקִים · לְהַמִּטְבָּח → לַמִּטְבָּח · הַסֻּפְגָּנִיּוֹת הָיָה מְתוּקוֹת → הַסֻּפְגָּנִיּוֹת הָיוּ מְתוּקוֹת · בִּשְׂבִיבוֹן → בִּסְבִיבוֹן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חנ״מ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לִיאוֹר – לִיאוֹר! הִיא אוֹסֶפֶת פְּקָקִים, וְהִיא גּוֹזֶרֶת כּוֹכָבִים מִנְּיָר. 🎉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מִמָּה עֲשׂוּיָה הַחֲנֻכִּיָּה? ← מִפְּקָקִים 🧴 (שולל: רוֹנִי)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מִי לֹא הָיְתָה בַּכִּתָּה? ← דָּנָה 🤒 (שולל: דָּנָה)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מָה עוֹד הָיָה לְיַד הַחֲנֻכִּיָּה? ← כּוֹכָב שֶׁל נְיָר ⭐ (שולל: רוֹנִי)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נֵרוֹת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שַׁמָּשׁ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סְבִיבוֹן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כָּל הַכָּבוֹד! אַתֶּם אוֹר! 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אור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הַחֲנֻכִּיָּה: שְׁמוֹנָה → 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הַמִּטְבָּח: בְּשֶׁמֶן 🫒 → 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הַסְּבִיבוֹן: נ ג ה פ → 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מַדְלִיקִים אֶת הַשַּׁמָּשׁ 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מְבָרְכִים 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מַדְלִיקִים אֶת הַנֵּרוֹת 🕎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מְטֻגָּן בְּשֶׁמֶן 🫒: סֻפְגָּנִיָּה 🍩 · לְבִיבָה 🥔 · סְפִינְג׳ 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לֹא מְטֻגָּן: תַּפּוּחַ 🍎 · מִיץ 🧃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כַּמָּה נֵרוֹת יִדְלְקוּ הַיּוֹם? ← נֵר אֶחָד וְשַׁמָּשׁ. ההמשך: דּוֹלְקִים שַׁמָּשׁ וְנֵר אֶחָד. 🕯️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מָה תַּעֲשֶׂה נֹגַה? ← תַּסְבִּיר לוֹ עַל חֲנֻכָּה. ההמשך: נֹגַה מַסְבִּירָה עַל הָאוֹר. הַשָּׁכֵן מְחַיֵּךְ. 😊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בְּמָה הֵם יְשַׂחֲקוּ? ← בִּסְבִיבוֹן. ההמשך: הֵם מְסוֹבְבִים סְבִיבוֹן. יָצְאָה ג – גָּדוֹל! 🎉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🍦 גְּלִידָה – הִיא קָרָה וְלֹא מְטֻגֶּנֶת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⚽ כַּדּוּר – הוּא לֹא נוֹתֵן אוֹר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 – הִיא לֹא עַל הַסְּבִיבוֹן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שְׁמוֹנָה · 2) הַשַּׁמָּשׁ · 3) כִּי הֵן בְּשֶׁמֶן, כְּמוֹ בַּסִּפּוּר · 4) מֵאִיר וּמְשַׂמֵּחַ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נֵרוֹת · (2) סֻפְגָּנִיּוֹת · (3) סְבִיבוֹן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בְּהַחֲנֻכִּיָּה → בַּחֲנֻכִּיָּה · הַנֵּרוֹת דּוֹלֶקֶת → הַנֵּרוֹת דּוֹלְקִים · סֻפְגָּנִיָּה מָתוֹק → סֻפְגָּנִיָּה מְתוּקָה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עולים חדשים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לֵאָה – לֵאָה! הִיא אוֹהֶבֶת לְבַשֵּׁל, וְהַיָּדַיִם שֶׁלָּהּ "מְרִיחוֹת תַּפּוּחֵי אֲדָמָה". מִתַּפּוּחֵי אֲדָמָה עוֹשִׂים לְבִיבוֹת.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מָה הֵבִיא סַשָׁה? ← סֻפְגָּנִיּוֹת (שולל: סַשָׁה)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מָה הָיָה לְאָמִיר בַּיָּד? ← כְּלוּם – לֹא שַׂקִּית וְלֹא תִּיק (שולל: אָמִיר)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מִמָּה עוֹשִׂים לְבִיבוֹת? וּמִי מְרִיחָה כָּךְ? ← מִתַּפּוּחֵי אֲדָמָה – לֵאָה (שולל: יוֹנָתָן)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אוֹר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כִּסְלֵו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שֶׁמֶן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שְׁמוֹנָה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כָּל הַכָּבוֹד! עַכְשָׁו אַתֶּם יוֹדְעִים מִלִּים שֶׁל חֲנֻכָּה. 🕯️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חנוכה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הַחַלּוֹן: לְיַד הַחַלּוֹן → 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פִּנַּת הַמִּלִּים: נֵר ↔ נוֹתֵן אוֹר קָטָן · שֶׁמֶן ↔ נוֹזֵל לְטִגּוּן · נֵס ↔ דָּבָר מֻפְלָא →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הַמִּטְבָּח: סֻפְגָּנִיָּה ↔ עִם רִבָּה בִּפְנִים · לְבִיבָה ↔ מִתַּפּוּחֵי אֲדָמָה · סְפִינְג׳ ↔ בְּצוּרַת טַבַּעַת → 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שֻׁלְחַן הַמִּשְׂחָק: סְבִיבוֹן → כ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לוּחַ הַשָּׁנָה: כִּסְלֵו → 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הַמַּכַּבִּים חָזְרוּ לְבֵית הַמִּקְדָּשׁ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הֵם מָצְאוּ שֶׁמֶן לְיוֹם אֶחָד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הֵם הִדְלִיקוּ אֶת הַמְּנוֹרָה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הָאוֹר דָּלַק שְׁמוֹנָה יָמִים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אוֹכְלִים 🍽️: סֻפְגָּנִיָּה · לְבִיבָה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מַדְלִיקִים 🔥: נֵר · שַׁמָּשׁ · פְּתִילָה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מְשַׂחֲקִים 🎲: סְבִיבוֹן · חִידוֹן חֲנֻכָּה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מָה אַנָּה תַּעֲשֶׂה? ← תִּשְׁאַל מָה זֶה. ההמשך: אַנָּה שׁוֹאֶלֶת אֶת הַמּוֹרָה. הַמּוֹרָה מַסְבִּירָה: "זֶה חַג חֲנֻכָּה, חַג הָאוֹר."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מָה יִקְרֶה? ← חָבֵר יַצִּיעַ לָהּ לִטְעֹם. ההמשך: עוֹמֶר נוֹתֵן לְאַנָּה סֻפְגָּנִיָּה. "טָעִים!" הִיא צוֹחֶקֶת. יֵשׁ לָהּ סֻכָּר עַל הָאַף.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מָה הִיא תַּעֲשֶׂה? ← תַּדְלִיק נֵר עִם הַמִּשְׁפָּחָה. ההמשך: אַנָּה וּבְנֵי הַבַּיִת מַדְלִיקִים נֵר רִאשׁוֹן. זֶה הַנֵּר הָרִאשׁוֹן בַּבַּיִת הֶחָדָשׁ. 🕯️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סָלָט – הוּא לֹא מְטֻגָּן בְּשֶׁמֶן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שְׁמוֹנָה – זֶה מִסְפָּר, לֹא חֹדֶשׁ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חֹשֶׁךְ – אֵין בּוֹ אוֹר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שֻׁלְחָן – אֶפְשָׁר לָגַעַת בּוֹ בַּיָּד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אוֹר וְתִקְוָה בַּחֹשֶׁךְ · 2) לְהַסְבִּיר מָה עוֹשֶׂה הַשַּׁמָּשׁ · 3) כִּי יֵשׁ בָּהֶן שֶׁמֶן, כְּמוֹ בְּסִפּוּר הַנֵּס · 4) זְמַן – מָה בָּא אַחֲרֵי · 5) גַּם דָּבָר קָטָן יָכוֹל לַעֲזֹר הַרְבֵּה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 · 7) נכון · 8)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לָכֵן · (2) קֹדֶם · (3) וְאַחַר כָּךְ · (4) אֲבָל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הַמִּשְׁפָּחָה שֶׁלִּי עוֹמֵד → הַמִּשְׁפָּחָה שֶׁלִּי עוֹמֶדֶת · שָׁלוֹשׁ נֵרוֹת → שְׁלֹשָׁה נֵרוֹת · לְהַמִּטְבָּח → לַמִּטְבָּח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🔍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חנוכה תשפ״ז: הדלקת נר ראשון בערב 4.12.2026 (כ״ה בכסליו) – לוודא בלוח השנה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חג הבנות – מנהג קהילות צפון אפריקה בראש חודש טבת; פרטי המנהג שונים בין קהילות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קריאת חלומות יוסף בשבתות כסליו (פרשות וישב–מקץ) – מסגור מסורתי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סדר ההדלקה והשירים (הנרות הללו, מעוז צור) משתנה בין משפחות וקהילות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משך הדלקה – לפחות חצי שעה לפי המנהג;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סְפִינְג׳ – סופגנייה בצורת טבעת מהמטבח הצפון־אפריקאי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באולם/בכיתה – להדליק נרות LED בלבד (בטיחות)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חנוכה 2026 (תשפ״ז): נר ראשון ביום שישי בערב, 4.12.2026 – לוודא בלוח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ראש חודש טבת חל בתוך חנוכה (היום השישי או השביעי, תלוי באורך כסליו) –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44 נרות בסך הכול (36 + 8 שמשים) – חישוב, לוודא בכיתה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המילה „לביבות” בתנ״ך (שמואל ב׳ י״ג) –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חנוכה – החג היחיד שמתחיל בחודש אחד ומסתיים בחודש אחר –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חג הבנות – מנהג בקהילות מצפון אפריקה (בעיקר תוניסיה ואלג׳יריה) – לוודא פרטים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בסוף חנוכה הירח כמעט לא נראה (סמוך למולד טבת) – לוודא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🕎 כסליו–חנוכה · יסודי – מהדורה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